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Formulaire de réservation</w:t>
      </w:r>
    </w:p>
    <w:p>
      <w:r>
        <w:rPr>
          <w:b/>
          <w:sz w:val="40"/>
        </w:rPr>
        <w:t>Emily Bécaud chante Bécaud</w:t>
      </w:r>
    </w:p>
    <w:p>
      <w:r>
        <w:t>Concert organisé par le Comité des Fêtes des Molières</w:t>
      </w:r>
    </w:p>
    <w:p>
      <w:r>
        <w:rPr>
          <w:b/>
        </w:rPr>
        <w:t>Tarif unique : 25 € la place</w:t>
      </w:r>
    </w:p>
    <w:p>
      <w:r>
        <w:t>Complétez vos coordonnées, indiquez le nombre de places souhaité pour chaque séance et joignez votre règlement par chèque.</w:t>
      </w:r>
    </w:p>
    <w:p>
      <w:pPr>
        <w:pStyle w:val="Heading1"/>
      </w:pPr>
      <w:r>
        <w:t>Vos coordonnées</w:t>
      </w:r>
    </w:p>
    <w:p>
      <w:r>
        <w:t>Nom : ................................................................................................................</w:t>
      </w:r>
    </w:p>
    <w:p>
      <w:r>
        <w:t>Prénom : ............................................................................................................</w:t>
      </w:r>
    </w:p>
    <w:p>
      <w:r>
        <w:t>Adresse : ...........................................................................................................</w:t>
      </w:r>
    </w:p>
    <w:p>
      <w:r>
        <w:t>...........................................................................................................................</w:t>
      </w:r>
    </w:p>
    <w:p>
      <w:r>
        <w:t>Code postal : ..........................   Ville : ...........................................................</w:t>
      </w:r>
    </w:p>
    <w:p>
      <w:r>
        <w:t>Numéro de téléphone : .....................................................................................</w:t>
      </w:r>
    </w:p>
    <w:p>
      <w:pPr>
        <w:pStyle w:val="Heading1"/>
      </w:pPr>
      <w:r>
        <w:t>Votre réservation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1584"/>
        <w:gridCol w:w="2808"/>
      </w:tblGrid>
      <w:tr>
        <w:tc>
          <w:tcPr>
            <w:tcW w:type="dxa" w:w="5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</w:tcPr>
          <w:p>
            <w:pPr>
              <w:spacing w:before="160" w:after="160"/>
            </w:pPr>
            <w:r>
              <w:rPr>
                <w:b/>
              </w:rPr>
              <w:t>Date et heure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</w:tcPr>
          <w:p>
            <w:pPr>
              <w:spacing w:before="160" w:after="160"/>
            </w:pPr>
            <w:r>
              <w:rPr>
                <w:b/>
              </w:rPr>
              <w:t>Places</w:t>
            </w:r>
          </w:p>
        </w:tc>
        <w:tc>
          <w:tcPr>
            <w:tcW w:type="dxa" w:w="28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</w:tcPr>
          <w:p>
            <w:pPr>
              <w:spacing w:before="160" w:after="160"/>
            </w:pPr>
            <w:r>
              <w:rPr>
                <w:b/>
              </w:rPr>
              <w:t>Montant</w:t>
            </w:r>
          </w:p>
        </w:tc>
      </w:tr>
      <w:tr>
        <w:tc>
          <w:tcPr>
            <w:tcW w:type="dxa" w:w="5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60" w:after="160"/>
            </w:pPr>
            <w:r>
              <w:t>Samedi 21 novembre 2026 à 20 h 30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60" w:after="160"/>
            </w:pPr>
            <w:r>
              <w:t>........</w:t>
            </w:r>
          </w:p>
        </w:tc>
        <w:tc>
          <w:tcPr>
            <w:tcW w:type="dxa" w:w="28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60" w:after="160"/>
            </w:pPr>
            <w:r>
              <w:t>........ €</w:t>
            </w:r>
          </w:p>
        </w:tc>
      </w:tr>
      <w:tr>
        <w:tc>
          <w:tcPr>
            <w:tcW w:type="dxa" w:w="5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60" w:after="160"/>
            </w:pPr>
            <w:r>
              <w:t>Dimanche 22 novembre 2026 à 17 h</w:t>
            </w:r>
          </w:p>
        </w:tc>
        <w:tc>
          <w:tcPr>
            <w:tcW w:type="dxa" w:w="15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60" w:after="160"/>
            </w:pPr>
            <w:r>
              <w:t>........</w:t>
            </w:r>
          </w:p>
        </w:tc>
        <w:tc>
          <w:tcPr>
            <w:tcW w:type="dxa" w:w="28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60" w:after="160"/>
            </w:pPr>
            <w:r>
              <w:t>........ €</w:t>
            </w:r>
          </w:p>
        </w:tc>
      </w:tr>
    </w:tbl>
    <w:p/>
    <w:p>
      <w:r>
        <w:rPr>
          <w:b/>
        </w:rPr>
        <w:t>Total : ........ places × 25 € = ................ €</w:t>
      </w:r>
    </w:p>
    <w:p>
      <w:pPr>
        <w:pStyle w:val="Heading1"/>
      </w:pPr>
      <w:r>
        <w:t>Règlement et envoi des billets</w:t>
      </w:r>
    </w:p>
    <w:p>
      <w:r>
        <w:t>Chèque à l’ordre du Comité des Fêtes.</w:t>
      </w:r>
    </w:p>
    <w:p>
      <w:r>
        <w:t>Les billets vous seront envoyés à l’adresse indiquée ci-dessus.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/>
    </w:pPr>
    <w:rPr>
      <w:rFonts w:ascii="Calibri" w:hAnsi="Calibri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